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CB708" w14:textId="7EF5B434" w:rsidR="00330D8C" w:rsidRDefault="00330D8C" w:rsidP="00330D8C">
      <w:pPr>
        <w:pStyle w:val="Nagwek1"/>
      </w:pPr>
      <w:r>
        <w:t xml:space="preserve">Annex 1 </w:t>
      </w:r>
      <w:proofErr w:type="spellStart"/>
      <w:r>
        <w:t>a</w:t>
      </w:r>
      <w:proofErr w:type="spellEnd"/>
      <w:r>
        <w:t xml:space="preserve"> to the bilateral agreement</w:t>
      </w:r>
    </w:p>
    <w:p w14:paraId="1997D32C" w14:textId="5366FE75" w:rsidR="000A7FC4" w:rsidRDefault="00214F0C">
      <w:pPr>
        <w:pStyle w:val="Nagwek1"/>
        <w:jc w:val="center"/>
      </w:pPr>
      <w:r>
        <w:t xml:space="preserve">REIMBURSEMENT REQUEST AND </w:t>
      </w:r>
      <w:r w:rsidR="00AD033C">
        <w:t>A LETTER OR REPORT BY AN INDEPENDENT AUDIT  BODY</w:t>
      </w:r>
    </w:p>
    <w:p w14:paraId="708D0D48" w14:textId="1C3082B6" w:rsidR="000A7FC4" w:rsidRPr="00351894" w:rsidRDefault="00214F0C">
      <w:pPr>
        <w:rPr>
          <w:i/>
          <w:iCs/>
        </w:rPr>
      </w:pPr>
      <w:r w:rsidRPr="00351894">
        <w:rPr>
          <w:i/>
          <w:iCs/>
        </w:rPr>
        <w:t xml:space="preserve">Template for reimbursement requests submitted by the Swiss Partner together with the independent auditor’s </w:t>
      </w:r>
      <w:r w:rsidR="00AD033C">
        <w:rPr>
          <w:i/>
          <w:iCs/>
        </w:rPr>
        <w:t>letter/report</w:t>
      </w:r>
      <w:r w:rsidRPr="00351894">
        <w:rPr>
          <w:i/>
          <w:iCs/>
        </w:rPr>
        <w:t xml:space="preserve"> in accordance with applicable Swiss law.</w:t>
      </w:r>
    </w:p>
    <w:p w14:paraId="6E437C3D" w14:textId="53303A28" w:rsidR="000A7FC4" w:rsidRDefault="000A7FC4">
      <w:pPr>
        <w:pStyle w:val="Nagwek2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3"/>
        <w:gridCol w:w="6074"/>
      </w:tblGrid>
      <w:tr w:rsidR="000A7FC4" w14:paraId="17A3C902" w14:textId="77777777" w:rsidTr="00351894">
        <w:tc>
          <w:tcPr>
            <w:tcW w:w="4320" w:type="dxa"/>
          </w:tcPr>
          <w:p w14:paraId="2E021E62" w14:textId="549E14F2" w:rsidR="000A7FC4" w:rsidRDefault="00351894">
            <w:proofErr w:type="spellStart"/>
            <w:r>
              <w:t>Programme</w:t>
            </w:r>
            <w:proofErr w:type="spellEnd"/>
          </w:p>
        </w:tc>
        <w:tc>
          <w:tcPr>
            <w:tcW w:w="8121" w:type="dxa"/>
          </w:tcPr>
          <w:p w14:paraId="22545093" w14:textId="76E9D2F7" w:rsidR="000A7FC4" w:rsidRPr="00351894" w:rsidRDefault="00351894">
            <w:pPr>
              <w:rPr>
                <w:b/>
                <w:bCs/>
              </w:rPr>
            </w:pPr>
            <w:r w:rsidRPr="00351894">
              <w:rPr>
                <w:b/>
                <w:bCs/>
              </w:rPr>
              <w:t xml:space="preserve">Polish Swiss </w:t>
            </w:r>
            <w:proofErr w:type="spellStart"/>
            <w:r w:rsidRPr="00351894">
              <w:rPr>
                <w:b/>
                <w:bCs/>
              </w:rPr>
              <w:t>Programme</w:t>
            </w:r>
            <w:proofErr w:type="spellEnd"/>
            <w:r w:rsidRPr="00351894">
              <w:rPr>
                <w:b/>
                <w:bCs/>
              </w:rPr>
              <w:t xml:space="preserve"> for Development of Towns (DoT)</w:t>
            </w:r>
          </w:p>
        </w:tc>
      </w:tr>
      <w:tr w:rsidR="000A7FC4" w14:paraId="259C2DA1" w14:textId="77777777" w:rsidTr="00351894">
        <w:tc>
          <w:tcPr>
            <w:tcW w:w="4320" w:type="dxa"/>
          </w:tcPr>
          <w:p w14:paraId="12987AA2" w14:textId="37F1DC52" w:rsidR="000A7FC4" w:rsidRDefault="00351894">
            <w:r>
              <w:t>Project title</w:t>
            </w:r>
          </w:p>
        </w:tc>
        <w:tc>
          <w:tcPr>
            <w:tcW w:w="8121" w:type="dxa"/>
          </w:tcPr>
          <w:p w14:paraId="7EA546DB" w14:textId="77777777" w:rsidR="000A7FC4" w:rsidRDefault="000A7FC4"/>
        </w:tc>
      </w:tr>
      <w:tr w:rsidR="000A7FC4" w14:paraId="25E66B3B" w14:textId="77777777" w:rsidTr="00351894">
        <w:tc>
          <w:tcPr>
            <w:tcW w:w="4320" w:type="dxa"/>
          </w:tcPr>
          <w:p w14:paraId="738F4CE1" w14:textId="70390F42" w:rsidR="000A7FC4" w:rsidRDefault="00351894">
            <w:r>
              <w:t xml:space="preserve">Name of the </w:t>
            </w:r>
            <w:r w:rsidR="00214F0C">
              <w:t>Swiss Partner</w:t>
            </w:r>
          </w:p>
        </w:tc>
        <w:tc>
          <w:tcPr>
            <w:tcW w:w="8121" w:type="dxa"/>
          </w:tcPr>
          <w:p w14:paraId="5B855A4F" w14:textId="77777777" w:rsidR="000A7FC4" w:rsidRDefault="000A7FC4"/>
        </w:tc>
      </w:tr>
      <w:tr w:rsidR="000A7FC4" w14:paraId="3EFB4FD1" w14:textId="77777777" w:rsidTr="00351894">
        <w:tc>
          <w:tcPr>
            <w:tcW w:w="4320" w:type="dxa"/>
          </w:tcPr>
          <w:p w14:paraId="13AC8ACE" w14:textId="6E6F8B09" w:rsidR="000A7FC4" w:rsidRDefault="00351894">
            <w:r>
              <w:t>Period covered by the request</w:t>
            </w:r>
          </w:p>
        </w:tc>
        <w:tc>
          <w:tcPr>
            <w:tcW w:w="8121" w:type="dxa"/>
          </w:tcPr>
          <w:p w14:paraId="5D55C88A" w14:textId="77777777" w:rsidR="000A7FC4" w:rsidRDefault="00214F0C">
            <w:r>
              <w:t>from ____________ to ____________</w:t>
            </w:r>
          </w:p>
        </w:tc>
      </w:tr>
      <w:tr w:rsidR="00351894" w14:paraId="11E3DFA3" w14:textId="77777777" w:rsidTr="00351894">
        <w:tc>
          <w:tcPr>
            <w:tcW w:w="4320" w:type="dxa"/>
            <w:vMerge w:val="restart"/>
          </w:tcPr>
          <w:p w14:paraId="65F51450" w14:textId="7BFAEAEE" w:rsidR="00351894" w:rsidRDefault="00351894">
            <w:r>
              <w:t>Contact details of the person preparing the request</w:t>
            </w:r>
          </w:p>
        </w:tc>
        <w:tc>
          <w:tcPr>
            <w:tcW w:w="8121" w:type="dxa"/>
          </w:tcPr>
          <w:p w14:paraId="0619411E" w14:textId="1B367877" w:rsidR="00351894" w:rsidRPr="00351894" w:rsidRDefault="00351894">
            <w:pPr>
              <w:rPr>
                <w:i/>
                <w:iCs/>
              </w:rPr>
            </w:pPr>
            <w:r w:rsidRPr="00351894">
              <w:rPr>
                <w:i/>
                <w:iCs/>
              </w:rPr>
              <w:t>Name</w:t>
            </w:r>
          </w:p>
        </w:tc>
      </w:tr>
      <w:tr w:rsidR="00351894" w14:paraId="6F1A5734" w14:textId="77777777" w:rsidTr="00351894">
        <w:tc>
          <w:tcPr>
            <w:tcW w:w="4320" w:type="dxa"/>
            <w:vMerge/>
          </w:tcPr>
          <w:p w14:paraId="67CFC8C6" w14:textId="77777777" w:rsidR="00351894" w:rsidRDefault="00351894"/>
        </w:tc>
        <w:tc>
          <w:tcPr>
            <w:tcW w:w="8121" w:type="dxa"/>
          </w:tcPr>
          <w:p w14:paraId="29564ED0" w14:textId="16CBA0A0" w:rsidR="00351894" w:rsidRPr="00351894" w:rsidRDefault="00351894">
            <w:pPr>
              <w:rPr>
                <w:i/>
                <w:iCs/>
              </w:rPr>
            </w:pPr>
            <w:r w:rsidRPr="00351894">
              <w:rPr>
                <w:i/>
                <w:iCs/>
              </w:rPr>
              <w:t>Phone</w:t>
            </w:r>
          </w:p>
        </w:tc>
      </w:tr>
      <w:tr w:rsidR="00351894" w14:paraId="0B1E3502" w14:textId="77777777" w:rsidTr="00351894">
        <w:tc>
          <w:tcPr>
            <w:tcW w:w="4320" w:type="dxa"/>
            <w:vMerge/>
          </w:tcPr>
          <w:p w14:paraId="0A52B100" w14:textId="77777777" w:rsidR="00351894" w:rsidRDefault="00351894"/>
        </w:tc>
        <w:tc>
          <w:tcPr>
            <w:tcW w:w="8121" w:type="dxa"/>
          </w:tcPr>
          <w:p w14:paraId="215D15E8" w14:textId="0329563D" w:rsidR="00351894" w:rsidRPr="00351894" w:rsidRDefault="00351894">
            <w:pPr>
              <w:rPr>
                <w:i/>
                <w:iCs/>
              </w:rPr>
            </w:pPr>
            <w:r w:rsidRPr="00351894">
              <w:rPr>
                <w:i/>
                <w:iCs/>
              </w:rPr>
              <w:t>email</w:t>
            </w:r>
          </w:p>
        </w:tc>
      </w:tr>
    </w:tbl>
    <w:p w14:paraId="4A31DE2A" w14:textId="77777777" w:rsidR="000A7FC4" w:rsidRDefault="000A7FC4"/>
    <w:p w14:paraId="7624D7E8" w14:textId="77777777" w:rsidR="000A7FC4" w:rsidRDefault="00214F0C">
      <w:pPr>
        <w:pStyle w:val="Nagwek1"/>
      </w:pPr>
      <w:r>
        <w:t>PART A – REIMBURSEMENT REQUEST</w:t>
      </w:r>
    </w:p>
    <w:p w14:paraId="7E7BD9A3" w14:textId="1F903E5F" w:rsidR="000A7FC4" w:rsidRDefault="00214F0C">
      <w:r>
        <w:t xml:space="preserve">The undersigned hereby requests reimbursement of expenditures incurred under the Project and confirms that the expenditures </w:t>
      </w:r>
      <w:r w:rsidR="00AD033C">
        <w:t xml:space="preserve"> </w:t>
      </w:r>
      <w:r w:rsidR="00546FF3">
        <w:t xml:space="preserve"> </w:t>
      </w:r>
      <w:r>
        <w:t xml:space="preserve">were incurred for activities agreed under the </w:t>
      </w:r>
      <w:r w:rsidR="00AD033C">
        <w:t xml:space="preserve">bilateral </w:t>
      </w:r>
      <w:r>
        <w:t>Partnership Agreement.</w:t>
      </w:r>
    </w:p>
    <w:p w14:paraId="69FCFA5C" w14:textId="7C289F41" w:rsidR="00AE4783" w:rsidRDefault="00D6284C" w:rsidP="00D779CB">
      <w:pPr>
        <w:tabs>
          <w:tab w:val="left" w:pos="8222"/>
        </w:tabs>
      </w:pPr>
      <w:r w:rsidRPr="00D779CB">
        <w:rPr>
          <w:b/>
          <w:bCs/>
        </w:rPr>
        <w:t>Amount requested for reimbursement this period</w:t>
      </w:r>
      <w:r>
        <w:t xml:space="preserve">: </w:t>
      </w:r>
      <w:r w:rsidR="00E6518E">
        <w:tab/>
        <w:t>______</w:t>
      </w:r>
      <w:r w:rsidR="00330D8C" w:rsidRPr="00D779CB">
        <w:rPr>
          <w:b/>
          <w:bCs/>
        </w:rPr>
        <w:t>CHF</w:t>
      </w:r>
    </w:p>
    <w:p w14:paraId="6C88236A" w14:textId="390AFFCB" w:rsidR="00E6518E" w:rsidRDefault="00275A64" w:rsidP="00D779CB">
      <w:pPr>
        <w:tabs>
          <w:tab w:val="left" w:pos="8222"/>
        </w:tabs>
      </w:pPr>
      <w:r>
        <w:t>Equivalent a</w:t>
      </w:r>
      <w:r w:rsidR="00330D8C">
        <w:t>mount in PLN</w:t>
      </w:r>
      <w:r>
        <w:t>, calculated at the reference conversion rate of CHF/PLN</w:t>
      </w:r>
      <w:r w:rsidR="00330D8C">
        <w:t xml:space="preserve"> 4,4848</w:t>
      </w:r>
      <w:r>
        <w:t>:</w:t>
      </w:r>
      <w:r w:rsidR="00E6518E">
        <w:tab/>
        <w:t>______</w:t>
      </w:r>
      <w:r>
        <w:t>PLN</w:t>
      </w:r>
      <w:r w:rsidR="00330D8C">
        <w:t xml:space="preserve"> </w:t>
      </w:r>
    </w:p>
    <w:p w14:paraId="153E2F65" w14:textId="77777777" w:rsidR="00E6518E" w:rsidRDefault="00E6518E" w:rsidP="00E6518E">
      <w:pPr>
        <w:tabs>
          <w:tab w:val="left" w:pos="8222"/>
        </w:tabs>
      </w:pPr>
    </w:p>
    <w:p w14:paraId="24379D6C" w14:textId="10630422" w:rsidR="00D6284C" w:rsidRDefault="00AE4783" w:rsidP="00D779CB">
      <w:pPr>
        <w:tabs>
          <w:tab w:val="left" w:pos="8222"/>
        </w:tabs>
      </w:pPr>
      <w:r>
        <w:t xml:space="preserve">Total amount of reimbursements received: </w:t>
      </w:r>
      <w:r w:rsidR="00E6518E">
        <w:tab/>
        <w:t>______</w:t>
      </w:r>
      <w:r w:rsidR="00330D8C">
        <w:t>CHF</w:t>
      </w:r>
    </w:p>
    <w:p w14:paraId="443E385D" w14:textId="77777777" w:rsidR="000A7FC4" w:rsidRDefault="000A7FC4"/>
    <w:p w14:paraId="3A9FC085" w14:textId="1E7BB502" w:rsidR="000A7FC4" w:rsidRDefault="00214F0C">
      <w:pPr>
        <w:pStyle w:val="Nagwek2"/>
      </w:pPr>
      <w:r>
        <w:t>Declaration by the Swiss Partner</w:t>
      </w:r>
      <w:r w:rsidR="00187DA1">
        <w:t>:</w:t>
      </w:r>
    </w:p>
    <w:p w14:paraId="1DA98C81" w14:textId="06948F6B" w:rsidR="000A7FC4" w:rsidRPr="00187DA1" w:rsidRDefault="00187DA1">
      <w:pPr>
        <w:pStyle w:val="Listapunktowana"/>
      </w:pPr>
      <w:r>
        <w:t>t</w:t>
      </w:r>
      <w:r w:rsidR="00214F0C" w:rsidRPr="00187DA1">
        <w:t>he expenditures  were actually incurred during the reporting period;</w:t>
      </w:r>
    </w:p>
    <w:p w14:paraId="0C7FF0B5" w14:textId="6F0412B1" w:rsidR="000A7FC4" w:rsidRPr="00187DA1" w:rsidRDefault="00187DA1">
      <w:pPr>
        <w:pStyle w:val="Listapunktowana"/>
      </w:pPr>
      <w:r>
        <w:t>t</w:t>
      </w:r>
      <w:r w:rsidR="00214F0C" w:rsidRPr="00187DA1">
        <w:t>he expenditures are duly recorded in the Swiss Partner’s accounting records;</w:t>
      </w:r>
    </w:p>
    <w:p w14:paraId="2341F9F1" w14:textId="0D47F65C" w:rsidR="000A7FC4" w:rsidRPr="00187DA1" w:rsidRDefault="00187DA1">
      <w:pPr>
        <w:pStyle w:val="Listapunktowana"/>
      </w:pPr>
      <w:r>
        <w:t>t</w:t>
      </w:r>
      <w:r w:rsidR="00214F0C" w:rsidRPr="00187DA1">
        <w:t xml:space="preserve">he expenditures relate to activities mutually agreed under the </w:t>
      </w:r>
      <w:r w:rsidR="00AD033C">
        <w:t xml:space="preserve">bilateral </w:t>
      </w:r>
      <w:r w:rsidR="00214F0C" w:rsidRPr="00187DA1">
        <w:t>Partnership Agreement</w:t>
      </w:r>
      <w:r w:rsidR="00FB04E5">
        <w:t>,</w:t>
      </w:r>
      <w:r w:rsidR="00FB04E5" w:rsidRPr="00FB04E5">
        <w:t xml:space="preserve"> </w:t>
      </w:r>
      <w:r w:rsidR="00FB04E5">
        <w:t xml:space="preserve">and are </w:t>
      </w:r>
      <w:r w:rsidR="00FB04E5" w:rsidRPr="00FB04E5">
        <w:t>eligible and properly accounted for in accordance with the Framework Agreement, the Regulations, and the Project Co financing Agreement</w:t>
      </w:r>
      <w:r w:rsidR="00214F0C" w:rsidRPr="00187DA1">
        <w:t>;</w:t>
      </w:r>
    </w:p>
    <w:p w14:paraId="351E5025" w14:textId="07978255" w:rsidR="000A7FC4" w:rsidRPr="00187DA1" w:rsidRDefault="00187DA1">
      <w:pPr>
        <w:pStyle w:val="Listapunktowana"/>
      </w:pPr>
      <w:r>
        <w:t>t</w:t>
      </w:r>
      <w:r w:rsidR="00214F0C" w:rsidRPr="00187DA1">
        <w:t>he expenditures have not been financed from any other source and have not been double funded;</w:t>
      </w:r>
    </w:p>
    <w:p w14:paraId="3C219C79" w14:textId="429A87D1" w:rsidR="007255BB" w:rsidRDefault="00187DA1" w:rsidP="007255BB">
      <w:pPr>
        <w:pStyle w:val="Listapunktowana"/>
      </w:pPr>
      <w:r>
        <w:t>a</w:t>
      </w:r>
      <w:r w:rsidR="00214F0C" w:rsidRPr="00187DA1">
        <w:t>ll supporting documents, including invoices and proof of payment, are available for verification</w:t>
      </w:r>
      <w:r w:rsidR="002A46A2">
        <w:t xml:space="preserve"> upon request</w:t>
      </w:r>
      <w:r w:rsidR="007255BB">
        <w:t>;</w:t>
      </w:r>
    </w:p>
    <w:p w14:paraId="752C5969" w14:textId="0C4EB0B3" w:rsidR="007255BB" w:rsidRPr="007255BB" w:rsidRDefault="007255BB" w:rsidP="00D779CB">
      <w:pPr>
        <w:pStyle w:val="Listapunktowana"/>
        <w:numPr>
          <w:ilvl w:val="0"/>
          <w:numId w:val="0"/>
        </w:numPr>
        <w:ind w:left="360"/>
      </w:pPr>
    </w:p>
    <w:p w14:paraId="66F55AC1" w14:textId="416F0C1A" w:rsidR="000A7FC4" w:rsidRPr="00187DA1" w:rsidRDefault="000A7FC4" w:rsidP="007255BB">
      <w:pPr>
        <w:pStyle w:val="Listapunktowana"/>
        <w:numPr>
          <w:ilvl w:val="0"/>
          <w:numId w:val="0"/>
        </w:numPr>
        <w:ind w:left="36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0A7FC4" w14:paraId="1769DE4E" w14:textId="77777777">
        <w:tc>
          <w:tcPr>
            <w:tcW w:w="4320" w:type="dxa"/>
          </w:tcPr>
          <w:p w14:paraId="6DA78A9B" w14:textId="77777777" w:rsidR="000A7FC4" w:rsidRDefault="00214F0C">
            <w:r>
              <w:lastRenderedPageBreak/>
              <w:t>Name of authorized representative</w:t>
            </w:r>
          </w:p>
        </w:tc>
        <w:tc>
          <w:tcPr>
            <w:tcW w:w="4320" w:type="dxa"/>
          </w:tcPr>
          <w:p w14:paraId="4F7D5D1C" w14:textId="77777777" w:rsidR="000A7FC4" w:rsidRDefault="000A7FC4"/>
        </w:tc>
      </w:tr>
      <w:tr w:rsidR="000A7FC4" w14:paraId="481895CD" w14:textId="77777777">
        <w:tc>
          <w:tcPr>
            <w:tcW w:w="4320" w:type="dxa"/>
          </w:tcPr>
          <w:p w14:paraId="538215B9" w14:textId="77777777" w:rsidR="000A7FC4" w:rsidRDefault="00214F0C">
            <w:r>
              <w:t>Position</w:t>
            </w:r>
          </w:p>
        </w:tc>
        <w:tc>
          <w:tcPr>
            <w:tcW w:w="4320" w:type="dxa"/>
          </w:tcPr>
          <w:p w14:paraId="40884DAC" w14:textId="77777777" w:rsidR="000A7FC4" w:rsidRDefault="000A7FC4"/>
        </w:tc>
      </w:tr>
      <w:tr w:rsidR="000A7FC4" w14:paraId="1ED758D8" w14:textId="77777777">
        <w:tc>
          <w:tcPr>
            <w:tcW w:w="4320" w:type="dxa"/>
          </w:tcPr>
          <w:p w14:paraId="7237BCE6" w14:textId="77777777" w:rsidR="000A7FC4" w:rsidRDefault="00214F0C">
            <w:r>
              <w:t>Date</w:t>
            </w:r>
          </w:p>
        </w:tc>
        <w:tc>
          <w:tcPr>
            <w:tcW w:w="4320" w:type="dxa"/>
          </w:tcPr>
          <w:p w14:paraId="5F56C52E" w14:textId="77777777" w:rsidR="000A7FC4" w:rsidRDefault="000A7FC4"/>
        </w:tc>
      </w:tr>
      <w:tr w:rsidR="000A7FC4" w14:paraId="6CB5CA7F" w14:textId="77777777">
        <w:tc>
          <w:tcPr>
            <w:tcW w:w="4320" w:type="dxa"/>
          </w:tcPr>
          <w:p w14:paraId="467815DC" w14:textId="77777777" w:rsidR="000A7FC4" w:rsidRDefault="00214F0C">
            <w:r>
              <w:t>Signature</w:t>
            </w:r>
          </w:p>
        </w:tc>
        <w:tc>
          <w:tcPr>
            <w:tcW w:w="4320" w:type="dxa"/>
          </w:tcPr>
          <w:p w14:paraId="07EB6607" w14:textId="77777777" w:rsidR="000A7FC4" w:rsidRDefault="000A7FC4"/>
        </w:tc>
      </w:tr>
    </w:tbl>
    <w:p w14:paraId="15264D92" w14:textId="77777777" w:rsidR="000A7FC4" w:rsidRDefault="00214F0C">
      <w:r>
        <w:br w:type="page"/>
      </w:r>
    </w:p>
    <w:p w14:paraId="797A8F03" w14:textId="67215CC2" w:rsidR="000A7FC4" w:rsidRDefault="00214F0C">
      <w:pPr>
        <w:pStyle w:val="Nagwek1"/>
      </w:pPr>
      <w:r>
        <w:lastRenderedPageBreak/>
        <w:t>PART B – INDEPENDENT AUDIT</w:t>
      </w:r>
      <w:r w:rsidR="00AD033C">
        <w:t xml:space="preserve"> BODY</w:t>
      </w:r>
    </w:p>
    <w:p w14:paraId="6DCD5009" w14:textId="41BA0838" w:rsidR="000A7FC4" w:rsidRDefault="00214F0C">
      <w:r>
        <w:t>To whom it may concern,</w:t>
      </w:r>
      <w:r>
        <w:br/>
      </w:r>
      <w:r>
        <w:br/>
      </w:r>
      <w:r w:rsidR="00187DA1">
        <w:t>I/</w:t>
      </w:r>
      <w:r>
        <w:t>We have reviewed the expenditures claimed by the Swiss Partner under the above-mentioned Project for the reporting period indicated above.</w:t>
      </w:r>
    </w:p>
    <w:p w14:paraId="78846379" w14:textId="01E3E2AD" w:rsidR="000A7FC4" w:rsidRDefault="00214F0C">
      <w:r>
        <w:t xml:space="preserve">Based on the verification performed and in accordance with applicable Swiss law, </w:t>
      </w:r>
      <w:r w:rsidR="00187DA1">
        <w:t>I/</w:t>
      </w:r>
      <w:r>
        <w:t>we hereby confirm that:</w:t>
      </w:r>
    </w:p>
    <w:p w14:paraId="09E9230E" w14:textId="77777777" w:rsidR="000A7FC4" w:rsidRDefault="00214F0C">
      <w:pPr>
        <w:pStyle w:val="Listanumerowana"/>
      </w:pPr>
      <w:r>
        <w:t>the expenses claimed were actually incurred during the relevant reporting period and are duly recorded in the Swiss Partner’s accounts;</w:t>
      </w:r>
    </w:p>
    <w:p w14:paraId="4FF27A92" w14:textId="77777777" w:rsidR="000A7FC4" w:rsidRDefault="00214F0C">
      <w:pPr>
        <w:pStyle w:val="Listanumerowana"/>
      </w:pPr>
      <w:r>
        <w:t>each expense is supported by a valid invoice and proof of payment;</w:t>
      </w:r>
    </w:p>
    <w:p w14:paraId="24550C81" w14:textId="77777777" w:rsidR="000A7FC4" w:rsidRDefault="00214F0C">
      <w:pPr>
        <w:pStyle w:val="Listanumerowana"/>
      </w:pPr>
      <w:r>
        <w:t>the expenses relate to activities mutually agreed under the Partnership Agreement and have not been double funded (i.e. not financed from any other source);</w:t>
      </w:r>
    </w:p>
    <w:p w14:paraId="6DCD860E" w14:textId="77777777" w:rsidR="000A7FC4" w:rsidRDefault="00214F0C">
      <w:pPr>
        <w:pStyle w:val="Listanumerowana"/>
      </w:pPr>
      <w:r>
        <w:t>the expenses comply, where applicable, with national law and relevant procurement requirements.</w:t>
      </w:r>
    </w:p>
    <w:p w14:paraId="009CB516" w14:textId="77777777" w:rsidR="000A7FC4" w:rsidRDefault="000A7FC4"/>
    <w:p w14:paraId="16DBB2FC" w14:textId="77777777" w:rsidR="000A7FC4" w:rsidRDefault="00214F0C">
      <w:pPr>
        <w:pStyle w:val="Nagwek2"/>
      </w:pPr>
      <w:r>
        <w:t>Statement of Independence</w:t>
      </w:r>
    </w:p>
    <w:p w14:paraId="056E248D" w14:textId="1623A5AB" w:rsidR="000A7FC4" w:rsidRDefault="00D6284C">
      <w:r>
        <w:t>I</w:t>
      </w:r>
      <w:r w:rsidR="00214F0C">
        <w:t xml:space="preserve"> hereby explicitly confirm that the verification and certification were carried out independently and in accordance with applicable Swiss law and professional auditing standards.</w:t>
      </w:r>
    </w:p>
    <w:p w14:paraId="6D7CDA46" w14:textId="77777777" w:rsidR="000A7FC4" w:rsidRDefault="00214F0C">
      <w:pPr>
        <w:pStyle w:val="Nagwek2"/>
      </w:pPr>
      <w:r>
        <w:t>Auditor Details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0A7FC4" w14:paraId="0411C001" w14:textId="77777777">
        <w:tc>
          <w:tcPr>
            <w:tcW w:w="4320" w:type="dxa"/>
          </w:tcPr>
          <w:p w14:paraId="69CE9598" w14:textId="77777777" w:rsidR="000A7FC4" w:rsidRDefault="00214F0C">
            <w:r>
              <w:t>Name of auditor / audit body</w:t>
            </w:r>
          </w:p>
        </w:tc>
        <w:tc>
          <w:tcPr>
            <w:tcW w:w="4320" w:type="dxa"/>
          </w:tcPr>
          <w:p w14:paraId="354DC881" w14:textId="77777777" w:rsidR="000A7FC4" w:rsidRDefault="000A7FC4"/>
        </w:tc>
      </w:tr>
      <w:tr w:rsidR="000A7FC4" w14:paraId="594C1FAD" w14:textId="77777777">
        <w:tc>
          <w:tcPr>
            <w:tcW w:w="4320" w:type="dxa"/>
          </w:tcPr>
          <w:p w14:paraId="37FF9040" w14:textId="77777777" w:rsidR="000A7FC4" w:rsidRDefault="00214F0C">
            <w:r>
              <w:t>Address</w:t>
            </w:r>
          </w:p>
        </w:tc>
        <w:tc>
          <w:tcPr>
            <w:tcW w:w="4320" w:type="dxa"/>
          </w:tcPr>
          <w:p w14:paraId="624DAF54" w14:textId="77777777" w:rsidR="000A7FC4" w:rsidRDefault="000A7FC4"/>
        </w:tc>
      </w:tr>
      <w:tr w:rsidR="000A7FC4" w14:paraId="5DF7D106" w14:textId="77777777">
        <w:tc>
          <w:tcPr>
            <w:tcW w:w="4320" w:type="dxa"/>
          </w:tcPr>
          <w:p w14:paraId="58681AD8" w14:textId="77777777" w:rsidR="000A7FC4" w:rsidRDefault="00214F0C">
            <w:r>
              <w:t>Professional qualification / registration number</w:t>
            </w:r>
          </w:p>
        </w:tc>
        <w:tc>
          <w:tcPr>
            <w:tcW w:w="4320" w:type="dxa"/>
          </w:tcPr>
          <w:p w14:paraId="2CDAB8FF" w14:textId="77777777" w:rsidR="000A7FC4" w:rsidRDefault="000A7FC4"/>
        </w:tc>
      </w:tr>
      <w:tr w:rsidR="000A7FC4" w14:paraId="25E40685" w14:textId="77777777">
        <w:tc>
          <w:tcPr>
            <w:tcW w:w="4320" w:type="dxa"/>
          </w:tcPr>
          <w:p w14:paraId="071AAA7A" w14:textId="77777777" w:rsidR="000A7FC4" w:rsidRDefault="00214F0C">
            <w:r>
              <w:t>Date</w:t>
            </w:r>
          </w:p>
        </w:tc>
        <w:tc>
          <w:tcPr>
            <w:tcW w:w="4320" w:type="dxa"/>
          </w:tcPr>
          <w:p w14:paraId="250AAEE3" w14:textId="77777777" w:rsidR="000A7FC4" w:rsidRDefault="000A7FC4"/>
        </w:tc>
      </w:tr>
      <w:tr w:rsidR="000A7FC4" w14:paraId="48EEEBD0" w14:textId="77777777">
        <w:tc>
          <w:tcPr>
            <w:tcW w:w="4320" w:type="dxa"/>
          </w:tcPr>
          <w:p w14:paraId="37DADDCE" w14:textId="1627E01C" w:rsidR="000A7FC4" w:rsidRDefault="00214F0C">
            <w:r>
              <w:t xml:space="preserve">Signature </w:t>
            </w:r>
          </w:p>
        </w:tc>
        <w:tc>
          <w:tcPr>
            <w:tcW w:w="4320" w:type="dxa"/>
          </w:tcPr>
          <w:p w14:paraId="627BF83B" w14:textId="77777777" w:rsidR="000A7FC4" w:rsidRDefault="000A7FC4"/>
        </w:tc>
      </w:tr>
    </w:tbl>
    <w:p w14:paraId="10D9787C" w14:textId="77777777" w:rsidR="000A7FC4" w:rsidRDefault="000A7FC4"/>
    <w:sectPr w:rsidR="000A7FC4" w:rsidSect="00187DA1">
      <w:footerReference w:type="default" r:id="rId11"/>
      <w:pgSz w:w="12240" w:h="15840"/>
      <w:pgMar w:top="1440" w:right="1800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A6A3D" w14:textId="77777777" w:rsidR="00FA67ED" w:rsidRDefault="00FA67ED" w:rsidP="00FA67ED">
      <w:pPr>
        <w:spacing w:after="0" w:line="240" w:lineRule="auto"/>
      </w:pPr>
      <w:r>
        <w:separator/>
      </w:r>
    </w:p>
  </w:endnote>
  <w:endnote w:type="continuationSeparator" w:id="0">
    <w:p w14:paraId="0E00AF44" w14:textId="77777777" w:rsidR="00FA67ED" w:rsidRDefault="00FA67ED" w:rsidP="00FA6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2920712"/>
      <w:docPartObj>
        <w:docPartGallery w:val="Page Numbers (Bottom of Page)"/>
        <w:docPartUnique/>
      </w:docPartObj>
    </w:sdtPr>
    <w:sdtEndPr/>
    <w:sdtContent>
      <w:p w14:paraId="159B99DA" w14:textId="38F46E46" w:rsidR="00FA67ED" w:rsidRDefault="00FA67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25ED9BB7" w14:textId="77777777" w:rsidR="00FA67ED" w:rsidRDefault="00FA67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6237E" w14:textId="77777777" w:rsidR="00FA67ED" w:rsidRDefault="00FA67ED" w:rsidP="00FA67ED">
      <w:pPr>
        <w:spacing w:after="0" w:line="240" w:lineRule="auto"/>
      </w:pPr>
      <w:r>
        <w:separator/>
      </w:r>
    </w:p>
  </w:footnote>
  <w:footnote w:type="continuationSeparator" w:id="0">
    <w:p w14:paraId="52326A74" w14:textId="77777777" w:rsidR="00FA67ED" w:rsidRDefault="00FA67ED" w:rsidP="00FA6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7FC4"/>
    <w:rsid w:val="0015074B"/>
    <w:rsid w:val="00187DA1"/>
    <w:rsid w:val="00214F0C"/>
    <w:rsid w:val="00275A64"/>
    <w:rsid w:val="0029639D"/>
    <w:rsid w:val="002A46A2"/>
    <w:rsid w:val="00326F90"/>
    <w:rsid w:val="00330D8C"/>
    <w:rsid w:val="00331AF1"/>
    <w:rsid w:val="00351894"/>
    <w:rsid w:val="00364595"/>
    <w:rsid w:val="00546FF3"/>
    <w:rsid w:val="00632E0E"/>
    <w:rsid w:val="007255BB"/>
    <w:rsid w:val="007618C4"/>
    <w:rsid w:val="00781EA0"/>
    <w:rsid w:val="008961EF"/>
    <w:rsid w:val="00911C1D"/>
    <w:rsid w:val="00AA1D8D"/>
    <w:rsid w:val="00AD033C"/>
    <w:rsid w:val="00AD543F"/>
    <w:rsid w:val="00AE4783"/>
    <w:rsid w:val="00B47730"/>
    <w:rsid w:val="00BC1E91"/>
    <w:rsid w:val="00BF59F2"/>
    <w:rsid w:val="00C9214F"/>
    <w:rsid w:val="00CB0664"/>
    <w:rsid w:val="00CE6029"/>
    <w:rsid w:val="00D6284C"/>
    <w:rsid w:val="00D779CB"/>
    <w:rsid w:val="00DC6D2F"/>
    <w:rsid w:val="00E6518E"/>
    <w:rsid w:val="00F77DAA"/>
    <w:rsid w:val="00FA67ED"/>
    <w:rsid w:val="00FB04E5"/>
    <w:rsid w:val="00FC693F"/>
    <w:rsid w:val="00FF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A59FF6"/>
  <w14:defaultImageDpi w14:val="300"/>
  <w15:docId w15:val="{C5D8D96D-762C-46F8-A424-F739747C3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oprawka">
    <w:name w:val="Revision"/>
    <w:hidden/>
    <w:uiPriority w:val="99"/>
    <w:semiHidden/>
    <w:rsid w:val="00DC6D2F"/>
    <w:pPr>
      <w:spacing w:after="0" w:line="240" w:lineRule="auto"/>
    </w:pPr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61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961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61EF"/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61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61EF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isselectedend">
    <w:name w:val="isselectedend"/>
    <w:basedOn w:val="Normalny"/>
    <w:rsid w:val="00911C1D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pl-PL" w:eastAsia="pl-PL"/>
    </w:rPr>
  </w:style>
  <w:style w:type="paragraph" w:styleId="NormalnyWeb">
    <w:name w:val="Normal (Web)"/>
    <w:basedOn w:val="Normalny"/>
    <w:uiPriority w:val="99"/>
    <w:semiHidden/>
    <w:unhideWhenUsed/>
    <w:rsid w:val="00911C1D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17321C74F55945A33C17D89A2A5CFF" ma:contentTypeVersion="19" ma:contentTypeDescription="Utwórz nowy dokument." ma:contentTypeScope="" ma:versionID="4249720cc2d675913868d1201fbf1ef5">
  <xsd:schema xmlns:xsd="http://www.w3.org/2001/XMLSchema" xmlns:xs="http://www.w3.org/2001/XMLSchema" xmlns:p="http://schemas.microsoft.com/office/2006/metadata/properties" xmlns:ns2="60f56ef5-6787-4b86-bca9-6cf4d302e5b6" xmlns:ns3="08e88123-bb8c-454e-bbd3-43fea5372de0" targetNamespace="http://schemas.microsoft.com/office/2006/metadata/properties" ma:root="true" ma:fieldsID="9d862f1265145cf72c61f9dd995a75dc" ns2:_="" ns3:_="">
    <xsd:import namespace="60f56ef5-6787-4b86-bca9-6cf4d302e5b6"/>
    <xsd:import namespace="08e88123-bb8c-454e-bbd3-43fea5372d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MediaServiceLocation" minOccurs="0"/>
                <xsd:element ref="ns2:TaxKeywordTaxHTField" minOccurs="0"/>
                <xsd:element ref="ns3:Wersjafinalna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56ef5-6787-4b86-bca9-6cf4d302e5b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7cca1fe-e50d-475f-8065-00e7ea4ae889}" ma:internalName="TaxCatchAll" ma:showField="CatchAllData" ma:web="60f56ef5-6787-4b86-bca9-6cf4d302e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4" nillable="true" ma:taxonomy="true" ma:internalName="TaxKeywordTaxHTField" ma:taxonomyFieldName="TaxKeyword" ma:displayName="Słowa kluczowe przedsiębiorstwa" ma:fieldId="{23f27201-bee3-471e-b2e7-b64fd8b7ca38}" ma:taxonomyMulti="true" ma:sspId="c75c27e3-948d-411c-9739-2292ede3f04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88123-bb8c-454e-bbd3-43fea5372d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c75c27e3-948d-411c-9739-2292ede3f0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Wersjafinalna" ma:index="25" ma:displayName="Wersja finalna" ma:default="1" ma:description="Oznaczenie, czy plik to wersja ostateczna?" ma:format="Dropdown" ma:internalName="Wersjafinaln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e88123-bb8c-454e-bbd3-43fea5372de0">
      <Terms xmlns="http://schemas.microsoft.com/office/infopath/2007/PartnerControls"/>
    </lcf76f155ced4ddcb4097134ff3c332f>
    <TaxCatchAll xmlns="60f56ef5-6787-4b86-bca9-6cf4d302e5b6" xsi:nil="true"/>
    <TaxKeywordTaxHTField xmlns="60f56ef5-6787-4b86-bca9-6cf4d302e5b6">
      <Terms xmlns="http://schemas.microsoft.com/office/infopath/2007/PartnerControls"/>
    </TaxKeywordTaxHTField>
    <Wersjafinalna xmlns="08e88123-bb8c-454e-bbd3-43fea5372de0">true</Wersjafinalna>
    <SharedWithUsers xmlns="60f56ef5-6787-4b86-bca9-6cf4d302e5b6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31B0954-AC10-4A26-BF3B-E110A1762C69}"/>
</file>

<file path=customXml/itemProps2.xml><?xml version="1.0" encoding="utf-8"?>
<ds:datastoreItem xmlns:ds="http://schemas.openxmlformats.org/officeDocument/2006/customXml" ds:itemID="{75CAA7CC-EAF4-46B9-A01A-7084C89A3A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453265-BDDE-4075-807E-B94C4124D985}">
  <ds:schemaRefs>
    <ds:schemaRef ds:uri="http://schemas.microsoft.com/office/2006/metadata/properties"/>
    <ds:schemaRef ds:uri="http://schemas.microsoft.com/office/infopath/2007/PartnerControls"/>
    <ds:schemaRef ds:uri="b507beac-699d-4235-bf19-2a88891f85c7"/>
    <ds:schemaRef ds:uri="ff1e8135-4774-4819-ad13-bf1eba67ea60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395</Words>
  <Characters>2376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Lublińska Małgorzata</cp:lastModifiedBy>
  <cp:revision>5</cp:revision>
  <dcterms:created xsi:type="dcterms:W3CDTF">2026-07-08T14:49:00Z</dcterms:created>
  <dcterms:modified xsi:type="dcterms:W3CDTF">2026-07-15T08:47:00Z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0x0101005D17321C74F55945A33C17D89A2A5CFF</vt:lpwstr>
  </property>
  <property fmtid="{D5CDD505-2E9C-101B-9397-08002B2CF9AE}" pid="3" name="MediaServiceImageTags">
    <vt:lpwstr/>
  </property>
  <property fmtid="{D5CDD505-2E9C-101B-9397-08002B2CF9AE}" pid="4" name="Order">
    <vt:r8>3716700</vt:r8>
  </property>
  <property fmtid="{D5CDD505-2E9C-101B-9397-08002B2CF9AE}" pid="5" name="TaxKeywor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